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70495" w14:textId="77777777" w:rsidR="00CC61E1" w:rsidRPr="002651FC" w:rsidRDefault="00CC61E1">
      <w:pPr>
        <w:rPr>
          <w:rFonts w:ascii="Aptos" w:hAnsi="Aptos"/>
          <w:sz w:val="16"/>
          <w:szCs w:val="16"/>
        </w:rPr>
      </w:pPr>
    </w:p>
    <w:p w14:paraId="5717C84D" w14:textId="150D2B68" w:rsidR="009272EA" w:rsidRPr="009272EA" w:rsidRDefault="009272EA">
      <w:pPr>
        <w:rPr>
          <w:rFonts w:ascii="Aptos" w:hAnsi="Aptos"/>
          <w:sz w:val="28"/>
          <w:szCs w:val="28"/>
        </w:rPr>
      </w:pPr>
      <w:r w:rsidRPr="009272EA">
        <w:rPr>
          <w:rFonts w:ascii="Aptos" w:hAnsi="Aptos"/>
          <w:sz w:val="28"/>
          <w:szCs w:val="28"/>
        </w:rPr>
        <w:t>Name: _________________________________</w:t>
      </w:r>
      <w:r>
        <w:rPr>
          <w:rFonts w:ascii="Aptos" w:hAnsi="Aptos"/>
          <w:sz w:val="28"/>
          <w:szCs w:val="28"/>
        </w:rPr>
        <w:t>_________</w:t>
      </w:r>
      <w:r w:rsidRPr="009272EA">
        <w:rPr>
          <w:rFonts w:ascii="Aptos" w:hAnsi="Aptos"/>
          <w:sz w:val="28"/>
          <w:szCs w:val="28"/>
        </w:rPr>
        <w:tab/>
        <w:t>Start Date: ______________________</w:t>
      </w:r>
    </w:p>
    <w:p w14:paraId="45E09C6A" w14:textId="66E62AFA" w:rsidR="009272EA" w:rsidRDefault="00B65CC7">
      <w:pPr>
        <w:rPr>
          <w:rFonts w:ascii="Aptos" w:hAnsi="Aptos"/>
          <w:i/>
          <w:iCs/>
          <w:sz w:val="28"/>
          <w:szCs w:val="28"/>
        </w:rPr>
      </w:pPr>
      <w:r w:rsidRPr="009272EA">
        <w:rPr>
          <w:rFonts w:ascii="Aptos" w:hAnsi="Aptos"/>
          <w:i/>
          <w:iCs/>
          <w:sz w:val="28"/>
          <w:szCs w:val="28"/>
        </w:rPr>
        <w:t>This checklist is to be completed for all new hires. Please indicate results for each background check.</w:t>
      </w:r>
    </w:p>
    <w:p w14:paraId="652B104C" w14:textId="4D2F311F" w:rsidR="0091611A" w:rsidRPr="0091611A" w:rsidRDefault="0091611A">
      <w:pPr>
        <w:rPr>
          <w:rFonts w:ascii="Aptos" w:hAnsi="Aptos"/>
          <w:b/>
          <w:bCs/>
          <w:sz w:val="28"/>
          <w:szCs w:val="28"/>
        </w:rPr>
      </w:pPr>
      <w:r w:rsidRPr="0091611A">
        <w:rPr>
          <w:rFonts w:ascii="Aptos" w:hAnsi="Aptos"/>
          <w:b/>
          <w:bCs/>
          <w:sz w:val="28"/>
          <w:szCs w:val="28"/>
        </w:rPr>
        <w:t>Checks Completed:</w:t>
      </w:r>
    </w:p>
    <w:p w14:paraId="0504D80A" w14:textId="7DF8A2BD" w:rsidR="007A4CD2" w:rsidRPr="009272EA" w:rsidRDefault="00B65CC7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2008434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ICHAT </w:t>
      </w:r>
      <w:r w:rsidR="00857C80">
        <w:rPr>
          <w:rFonts w:ascii="Aptos" w:hAnsi="Aptos"/>
          <w:sz w:val="28"/>
          <w:szCs w:val="28"/>
        </w:rPr>
        <w:t>conducted</w:t>
      </w:r>
      <w:r w:rsidR="009272EA" w:rsidRPr="009272EA">
        <w:rPr>
          <w:rFonts w:ascii="Aptos" w:hAnsi="Aptos"/>
          <w:sz w:val="28"/>
          <w:szCs w:val="28"/>
        </w:rPr>
        <w:t xml:space="preserve"> ___________: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664700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9272EA">
        <w:rPr>
          <w:rFonts w:ascii="Aptos" w:hAnsi="Aptos"/>
          <w:sz w:val="28"/>
          <w:szCs w:val="28"/>
        </w:rPr>
        <w:t xml:space="preserve"> </w:t>
      </w:r>
      <w:r w:rsidR="009272EA" w:rsidRPr="009272EA">
        <w:rPr>
          <w:rFonts w:ascii="Aptos" w:hAnsi="Aptos"/>
          <w:sz w:val="28"/>
          <w:szCs w:val="28"/>
        </w:rPr>
        <w:t xml:space="preserve">No Findings </w:t>
      </w:r>
      <w:r w:rsidR="009272EA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1791470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>Findings</w:t>
      </w:r>
      <w:r w:rsidR="006332B0">
        <w:rPr>
          <w:rFonts w:ascii="Aptos" w:hAnsi="Aptos"/>
          <w:sz w:val="28"/>
          <w:szCs w:val="28"/>
        </w:rPr>
        <w:t xml:space="preserve">   </w:t>
      </w:r>
    </w:p>
    <w:p w14:paraId="25E0B3F4" w14:textId="31FDD6E3" w:rsidR="007A4CD2" w:rsidRPr="009272EA" w:rsidRDefault="00B65CC7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1290860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MI Sex Offender Registry </w:t>
      </w:r>
      <w:r w:rsidR="00857C80">
        <w:rPr>
          <w:rFonts w:ascii="Aptos" w:hAnsi="Aptos"/>
          <w:sz w:val="28"/>
          <w:szCs w:val="28"/>
        </w:rPr>
        <w:t>conducted</w:t>
      </w:r>
      <w:r w:rsidR="009272EA" w:rsidRPr="009272EA">
        <w:rPr>
          <w:rFonts w:ascii="Aptos" w:hAnsi="Aptos"/>
          <w:sz w:val="28"/>
          <w:szCs w:val="28"/>
        </w:rPr>
        <w:t xml:space="preserve"> ___________: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A33F8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145566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>
        <w:rPr>
          <w:rFonts w:ascii="Aptos" w:hAnsi="Aptos"/>
          <w:sz w:val="28"/>
          <w:szCs w:val="28"/>
        </w:rPr>
        <w:t xml:space="preserve"> </w:t>
      </w:r>
      <w:r w:rsidR="004C6F77" w:rsidRPr="009272EA">
        <w:rPr>
          <w:rFonts w:ascii="Aptos" w:hAnsi="Aptos"/>
          <w:sz w:val="28"/>
          <w:szCs w:val="28"/>
        </w:rPr>
        <w:t xml:space="preserve">No Findings </w:t>
      </w:r>
      <w:r w:rsidR="004C6F77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885833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 w:rsidRPr="009272EA">
        <w:rPr>
          <w:rFonts w:ascii="Aptos" w:hAnsi="Aptos"/>
          <w:sz w:val="28"/>
          <w:szCs w:val="28"/>
        </w:rPr>
        <w:t xml:space="preserve">  </w:t>
      </w:r>
      <w:r w:rsidR="004C6F77" w:rsidRPr="009272EA">
        <w:rPr>
          <w:rFonts w:ascii="Aptos" w:hAnsi="Aptos"/>
          <w:sz w:val="28"/>
          <w:szCs w:val="28"/>
        </w:rPr>
        <w:fldChar w:fldCharType="begin"/>
      </w:r>
      <w:r w:rsidR="004C6F77" w:rsidRPr="009272EA">
        <w:rPr>
          <w:rFonts w:ascii="Aptos" w:hAnsi="Aptos"/>
          <w:sz w:val="28"/>
          <w:szCs w:val="28"/>
        </w:rPr>
        <w:instrText>FORMCHECKBOX</w:instrText>
      </w:r>
      <w:r w:rsidR="004C6F77" w:rsidRPr="009272EA">
        <w:rPr>
          <w:rFonts w:ascii="Aptos" w:hAnsi="Aptos"/>
          <w:sz w:val="28"/>
          <w:szCs w:val="28"/>
        </w:rPr>
        <w:fldChar w:fldCharType="separate"/>
      </w:r>
      <w:r w:rsidR="004C6F77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4C6F77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38645396" w14:textId="01098433" w:rsidR="007A4CD2" w:rsidRPr="009272EA" w:rsidRDefault="00B65CC7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352575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National Sex Offender Registry </w:t>
      </w:r>
      <w:proofErr w:type="gramStart"/>
      <w:r w:rsidR="00857C80">
        <w:rPr>
          <w:rFonts w:ascii="Aptos" w:hAnsi="Aptos"/>
          <w:sz w:val="28"/>
          <w:szCs w:val="28"/>
        </w:rPr>
        <w:t xml:space="preserve">conducted </w:t>
      </w:r>
      <w:r w:rsidR="009272EA" w:rsidRPr="009272EA">
        <w:rPr>
          <w:rFonts w:ascii="Aptos" w:hAnsi="Aptos"/>
          <w:sz w:val="28"/>
          <w:szCs w:val="28"/>
        </w:rPr>
        <w:t xml:space="preserve"> _</w:t>
      </w:r>
      <w:proofErr w:type="gramEnd"/>
      <w:r w:rsidR="009272EA" w:rsidRPr="009272EA">
        <w:rPr>
          <w:rFonts w:ascii="Aptos" w:hAnsi="Aptos"/>
          <w:sz w:val="28"/>
          <w:szCs w:val="28"/>
        </w:rPr>
        <w:t xml:space="preserve">__________: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762842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>
        <w:rPr>
          <w:rFonts w:ascii="Aptos" w:hAnsi="Aptos"/>
          <w:sz w:val="28"/>
          <w:szCs w:val="28"/>
        </w:rPr>
        <w:t xml:space="preserve"> </w:t>
      </w:r>
      <w:r w:rsidR="004C6F77" w:rsidRPr="009272EA">
        <w:rPr>
          <w:rFonts w:ascii="Aptos" w:hAnsi="Aptos"/>
          <w:sz w:val="28"/>
          <w:szCs w:val="28"/>
        </w:rPr>
        <w:t xml:space="preserve">No Findings </w:t>
      </w:r>
      <w:r w:rsidR="004C6F77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643008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 w:rsidRPr="009272EA">
        <w:rPr>
          <w:rFonts w:ascii="Aptos" w:hAnsi="Aptos"/>
          <w:sz w:val="28"/>
          <w:szCs w:val="28"/>
        </w:rPr>
        <w:t xml:space="preserve">  </w:t>
      </w:r>
      <w:r w:rsidR="004C6F77" w:rsidRPr="009272EA">
        <w:rPr>
          <w:rFonts w:ascii="Aptos" w:hAnsi="Aptos"/>
          <w:sz w:val="28"/>
          <w:szCs w:val="28"/>
        </w:rPr>
        <w:fldChar w:fldCharType="begin"/>
      </w:r>
      <w:r w:rsidR="004C6F77" w:rsidRPr="009272EA">
        <w:rPr>
          <w:rFonts w:ascii="Aptos" w:hAnsi="Aptos"/>
          <w:sz w:val="28"/>
          <w:szCs w:val="28"/>
        </w:rPr>
        <w:instrText>FORMCHECKBOX</w:instrText>
      </w:r>
      <w:r w:rsidR="004C6F77" w:rsidRPr="009272EA">
        <w:rPr>
          <w:rFonts w:ascii="Aptos" w:hAnsi="Aptos"/>
          <w:sz w:val="28"/>
          <w:szCs w:val="28"/>
        </w:rPr>
        <w:fldChar w:fldCharType="separate"/>
      </w:r>
      <w:r w:rsidR="004C6F77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4C6F77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7BE760F4" w14:textId="394A07B8" w:rsidR="007A4CD2" w:rsidRPr="009272EA" w:rsidRDefault="00B65CC7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1681260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LEIE </w:t>
      </w:r>
      <w:proofErr w:type="gramStart"/>
      <w:r w:rsidR="00857C80">
        <w:rPr>
          <w:rFonts w:ascii="Aptos" w:hAnsi="Aptos"/>
          <w:sz w:val="28"/>
          <w:szCs w:val="28"/>
        </w:rPr>
        <w:t>conducted</w:t>
      </w:r>
      <w:r w:rsidR="009272EA" w:rsidRPr="009272EA">
        <w:rPr>
          <w:rFonts w:ascii="Aptos" w:hAnsi="Aptos"/>
          <w:sz w:val="28"/>
          <w:szCs w:val="28"/>
        </w:rPr>
        <w:t xml:space="preserve"> __</w:t>
      </w:r>
      <w:proofErr w:type="gramEnd"/>
      <w:r w:rsidR="009272EA" w:rsidRPr="009272EA">
        <w:rPr>
          <w:rFonts w:ascii="Aptos" w:hAnsi="Aptos"/>
          <w:sz w:val="28"/>
          <w:szCs w:val="28"/>
        </w:rPr>
        <w:t xml:space="preserve">_________: </w:t>
      </w:r>
      <w:r w:rsidR="009272EA" w:rsidRPr="009272EA">
        <w:rPr>
          <w:rFonts w:ascii="Aptos" w:hAnsi="Aptos"/>
          <w:sz w:val="28"/>
          <w:szCs w:val="28"/>
        </w:rPr>
        <w:fldChar w:fldCharType="begin"/>
      </w:r>
      <w:r w:rsidR="009272EA" w:rsidRPr="009272EA">
        <w:rPr>
          <w:rFonts w:ascii="Aptos" w:hAnsi="Aptos"/>
          <w:sz w:val="28"/>
          <w:szCs w:val="28"/>
        </w:rPr>
        <w:instrText>FORMCHECKBOX</w:instrText>
      </w:r>
      <w:r w:rsidR="009272EA" w:rsidRPr="009272EA">
        <w:rPr>
          <w:rFonts w:ascii="Aptos" w:hAnsi="Aptos"/>
          <w:sz w:val="28"/>
          <w:szCs w:val="28"/>
        </w:rPr>
        <w:fldChar w:fldCharType="separate"/>
      </w:r>
      <w:r w:rsidR="009272EA" w:rsidRPr="009272EA">
        <w:rPr>
          <w:rFonts w:ascii="Aptos" w:hAnsi="Aptos"/>
          <w:sz w:val="28"/>
          <w:szCs w:val="28"/>
        </w:rPr>
        <w:fldChar w:fldCharType="end"/>
      </w:r>
      <w:r w:rsidR="009272EA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1023467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>
        <w:rPr>
          <w:rFonts w:ascii="Aptos" w:hAnsi="Aptos"/>
          <w:sz w:val="28"/>
          <w:szCs w:val="28"/>
        </w:rPr>
        <w:t xml:space="preserve"> </w:t>
      </w:r>
      <w:r w:rsidR="004C6F77" w:rsidRPr="009272EA">
        <w:rPr>
          <w:rFonts w:ascii="Aptos" w:hAnsi="Aptos"/>
          <w:sz w:val="28"/>
          <w:szCs w:val="28"/>
        </w:rPr>
        <w:t xml:space="preserve">No Findings </w:t>
      </w:r>
      <w:r w:rsidR="004C6F77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1286459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6F7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C6F77" w:rsidRPr="009272EA">
        <w:rPr>
          <w:rFonts w:ascii="Aptos" w:hAnsi="Aptos"/>
          <w:sz w:val="28"/>
          <w:szCs w:val="28"/>
        </w:rPr>
        <w:t xml:space="preserve">  </w:t>
      </w:r>
      <w:r w:rsidR="004C6F77" w:rsidRPr="009272EA">
        <w:rPr>
          <w:rFonts w:ascii="Aptos" w:hAnsi="Aptos"/>
          <w:sz w:val="28"/>
          <w:szCs w:val="28"/>
        </w:rPr>
        <w:fldChar w:fldCharType="begin"/>
      </w:r>
      <w:r w:rsidR="004C6F77" w:rsidRPr="009272EA">
        <w:rPr>
          <w:rFonts w:ascii="Aptos" w:hAnsi="Aptos"/>
          <w:sz w:val="28"/>
          <w:szCs w:val="28"/>
        </w:rPr>
        <w:instrText>FORMCHECKBOX</w:instrText>
      </w:r>
      <w:r w:rsidR="004C6F77" w:rsidRPr="009272EA">
        <w:rPr>
          <w:rFonts w:ascii="Aptos" w:hAnsi="Aptos"/>
          <w:sz w:val="28"/>
          <w:szCs w:val="28"/>
        </w:rPr>
        <w:fldChar w:fldCharType="separate"/>
      </w:r>
      <w:r w:rsidR="004C6F77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4C6F77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6BE0E591" w14:textId="5012156E" w:rsidR="004C6F77" w:rsidRDefault="00B65CC7" w:rsidP="00857C80">
      <w:pPr>
        <w:spacing w:after="0"/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756290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</w:t>
      </w:r>
      <w:r w:rsidR="00DF38CF" w:rsidRPr="009272EA">
        <w:rPr>
          <w:rFonts w:ascii="Aptos" w:hAnsi="Aptos"/>
          <w:sz w:val="28"/>
          <w:szCs w:val="28"/>
        </w:rPr>
        <w:t xml:space="preserve">MI List of Sanctioned Providers </w:t>
      </w:r>
      <w:proofErr w:type="gramStart"/>
      <w:r w:rsidR="003055FA">
        <w:rPr>
          <w:rFonts w:ascii="Aptos" w:hAnsi="Aptos"/>
          <w:sz w:val="28"/>
          <w:szCs w:val="28"/>
        </w:rPr>
        <w:t>conducted</w:t>
      </w:r>
      <w:r w:rsidR="00DF38CF" w:rsidRPr="009272EA">
        <w:rPr>
          <w:rFonts w:ascii="Aptos" w:hAnsi="Aptos"/>
          <w:sz w:val="28"/>
          <w:szCs w:val="28"/>
        </w:rPr>
        <w:t xml:space="preserve"> __</w:t>
      </w:r>
      <w:proofErr w:type="gramEnd"/>
      <w:r w:rsidR="00DF38CF" w:rsidRPr="009272EA">
        <w:rPr>
          <w:rFonts w:ascii="Aptos" w:hAnsi="Aptos"/>
          <w:sz w:val="28"/>
          <w:szCs w:val="28"/>
        </w:rPr>
        <w:t>______</w:t>
      </w:r>
      <w:r w:rsidR="00DF38CF">
        <w:rPr>
          <w:rFonts w:ascii="Aptos" w:hAnsi="Aptos"/>
          <w:sz w:val="28"/>
          <w:szCs w:val="28"/>
        </w:rPr>
        <w:t>_</w:t>
      </w:r>
      <w:r w:rsidR="00DF38CF" w:rsidRPr="009272EA">
        <w:rPr>
          <w:rFonts w:ascii="Aptos" w:hAnsi="Aptos"/>
          <w:sz w:val="28"/>
          <w:szCs w:val="28"/>
        </w:rPr>
        <w:t xml:space="preserve">__: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r w:rsidR="00DF38CF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958062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>
        <w:rPr>
          <w:rFonts w:ascii="Aptos" w:hAnsi="Aptos"/>
          <w:sz w:val="28"/>
          <w:szCs w:val="28"/>
        </w:rPr>
        <w:t xml:space="preserve"> </w:t>
      </w:r>
      <w:r w:rsidR="00DF38CF" w:rsidRPr="009272EA">
        <w:rPr>
          <w:rFonts w:ascii="Aptos" w:hAnsi="Aptos"/>
          <w:sz w:val="28"/>
          <w:szCs w:val="28"/>
        </w:rPr>
        <w:t xml:space="preserve">No Findings </w:t>
      </w:r>
      <w:r w:rsidR="00DF38CF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481434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 w:rsidRPr="009272EA">
        <w:rPr>
          <w:rFonts w:ascii="Aptos" w:hAnsi="Aptos"/>
          <w:sz w:val="28"/>
          <w:szCs w:val="28"/>
        </w:rPr>
        <w:t xml:space="preserve"> 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DF38CF" w:rsidRPr="009272EA">
        <w:rPr>
          <w:rFonts w:ascii="Aptos" w:hAnsi="Aptos"/>
          <w:sz w:val="28"/>
          <w:szCs w:val="28"/>
        </w:rPr>
        <w:t>Findings</w:t>
      </w:r>
      <w:proofErr w:type="spellEnd"/>
    </w:p>
    <w:p w14:paraId="69148CC2" w14:textId="367C7018" w:rsidR="003055FA" w:rsidRDefault="00857C80" w:rsidP="00857C80">
      <w:pPr>
        <w:spacing w:after="0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 </w:t>
      </w:r>
      <w:r w:rsidR="003055FA">
        <w:rPr>
          <w:rFonts w:ascii="Aptos" w:hAnsi="Aptos"/>
          <w:sz w:val="28"/>
          <w:szCs w:val="28"/>
        </w:rPr>
        <w:t>List of Sanctioned Provider Report</w:t>
      </w:r>
      <w:r w:rsidR="00B25D5A">
        <w:rPr>
          <w:rFonts w:ascii="Aptos" w:hAnsi="Aptos"/>
          <w:sz w:val="28"/>
          <w:szCs w:val="28"/>
        </w:rPr>
        <w:t xml:space="preserve"> Date </w:t>
      </w:r>
      <w:proofErr w:type="gramStart"/>
      <w:r w:rsidR="00B25D5A">
        <w:rPr>
          <w:rFonts w:ascii="Aptos" w:hAnsi="Aptos"/>
          <w:sz w:val="28"/>
          <w:szCs w:val="28"/>
        </w:rPr>
        <w:t>Reviewed</w:t>
      </w:r>
      <w:r w:rsidR="003055FA">
        <w:rPr>
          <w:rFonts w:ascii="Aptos" w:hAnsi="Aptos"/>
          <w:sz w:val="28"/>
          <w:szCs w:val="28"/>
        </w:rPr>
        <w:t xml:space="preserve"> __</w:t>
      </w:r>
      <w:proofErr w:type="gramEnd"/>
      <w:r w:rsidR="003055FA">
        <w:rPr>
          <w:rFonts w:ascii="Aptos" w:hAnsi="Aptos"/>
          <w:sz w:val="28"/>
          <w:szCs w:val="28"/>
        </w:rPr>
        <w:t>_____________</w:t>
      </w:r>
      <w:r w:rsidR="00B25D5A">
        <w:rPr>
          <w:rFonts w:ascii="Aptos" w:hAnsi="Aptos"/>
          <w:sz w:val="28"/>
          <w:szCs w:val="28"/>
        </w:rPr>
        <w:t xml:space="preserve"> </w:t>
      </w:r>
      <w:r w:rsidR="00B25D5A" w:rsidRPr="00B25D5A">
        <w:rPr>
          <w:rFonts w:ascii="Aptos" w:hAnsi="Aptos"/>
          <w:i/>
          <w:iCs/>
          <w:sz w:val="28"/>
          <w:szCs w:val="28"/>
        </w:rPr>
        <w:t>(date on the report)</w:t>
      </w:r>
    </w:p>
    <w:p w14:paraId="31D25466" w14:textId="77777777" w:rsidR="003055FA" w:rsidRPr="003055FA" w:rsidRDefault="003055FA" w:rsidP="00857C80">
      <w:pPr>
        <w:spacing w:after="0"/>
        <w:rPr>
          <w:rFonts w:ascii="Aptos" w:hAnsi="Aptos"/>
          <w:sz w:val="20"/>
          <w:szCs w:val="20"/>
        </w:rPr>
      </w:pPr>
    </w:p>
    <w:p w14:paraId="04B432BD" w14:textId="69FE076B" w:rsidR="00DF38CF" w:rsidRDefault="00B65CC7">
      <w:pPr>
        <w:rPr>
          <w:rFonts w:ascii="Aptos" w:hAnsi="Aptos"/>
          <w:i/>
          <w:iCs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-1505589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9272EA">
            <w:rPr>
              <w:rFonts w:ascii="Aptos" w:eastAsia="MS Gothic" w:hAnsi="Aptos"/>
              <w:sz w:val="28"/>
              <w:szCs w:val="28"/>
            </w:rPr>
            <w:t>☐</w:t>
          </w:r>
        </w:sdtContent>
      </w:sdt>
      <w:r w:rsidR="009272EA" w:rsidRPr="009272EA">
        <w:rPr>
          <w:rFonts w:ascii="Aptos" w:hAnsi="Aptos"/>
          <w:sz w:val="28"/>
          <w:szCs w:val="28"/>
        </w:rPr>
        <w:t xml:space="preserve">  </w:t>
      </w:r>
      <w:r w:rsidR="00DF38CF">
        <w:rPr>
          <w:rFonts w:ascii="Aptos" w:hAnsi="Aptos"/>
          <w:sz w:val="28"/>
          <w:szCs w:val="28"/>
        </w:rPr>
        <w:t>*</w:t>
      </w:r>
      <w:r w:rsidR="00DF38CF" w:rsidRPr="009272EA">
        <w:rPr>
          <w:rFonts w:ascii="Aptos" w:hAnsi="Aptos"/>
          <w:sz w:val="28"/>
          <w:szCs w:val="28"/>
        </w:rPr>
        <w:t xml:space="preserve">SAM.gov </w:t>
      </w:r>
      <w:proofErr w:type="gramStart"/>
      <w:r w:rsidR="00857C80">
        <w:rPr>
          <w:rFonts w:ascii="Aptos" w:hAnsi="Aptos"/>
          <w:sz w:val="28"/>
          <w:szCs w:val="28"/>
        </w:rPr>
        <w:t>conducted</w:t>
      </w:r>
      <w:r w:rsidR="00DF38CF" w:rsidRPr="009272EA">
        <w:rPr>
          <w:rFonts w:ascii="Aptos" w:hAnsi="Aptos"/>
          <w:sz w:val="28"/>
          <w:szCs w:val="28"/>
        </w:rPr>
        <w:t xml:space="preserve"> __</w:t>
      </w:r>
      <w:proofErr w:type="gramEnd"/>
      <w:r w:rsidR="00DF38CF" w:rsidRPr="009272EA">
        <w:rPr>
          <w:rFonts w:ascii="Aptos" w:hAnsi="Aptos"/>
          <w:sz w:val="28"/>
          <w:szCs w:val="28"/>
        </w:rPr>
        <w:t xml:space="preserve">_________: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r w:rsidR="00DF38CF" w:rsidRPr="009272EA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538326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>
        <w:rPr>
          <w:rFonts w:ascii="Aptos" w:hAnsi="Aptos"/>
          <w:sz w:val="28"/>
          <w:szCs w:val="28"/>
        </w:rPr>
        <w:t xml:space="preserve"> </w:t>
      </w:r>
      <w:r w:rsidR="00DF38CF" w:rsidRPr="009272EA">
        <w:rPr>
          <w:rFonts w:ascii="Aptos" w:hAnsi="Aptos"/>
          <w:sz w:val="28"/>
          <w:szCs w:val="28"/>
        </w:rPr>
        <w:t xml:space="preserve">No Findings </w:t>
      </w:r>
      <w:r w:rsidR="00DF38CF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168610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8CF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F38CF" w:rsidRPr="009272EA">
        <w:rPr>
          <w:rFonts w:ascii="Aptos" w:hAnsi="Aptos"/>
          <w:sz w:val="28"/>
          <w:szCs w:val="28"/>
        </w:rPr>
        <w:t xml:space="preserve">  </w:t>
      </w:r>
      <w:r w:rsidR="00DF38CF" w:rsidRPr="009272EA">
        <w:rPr>
          <w:rFonts w:ascii="Aptos" w:hAnsi="Aptos"/>
          <w:sz w:val="28"/>
          <w:szCs w:val="28"/>
        </w:rPr>
        <w:fldChar w:fldCharType="begin"/>
      </w:r>
      <w:r w:rsidR="00DF38CF" w:rsidRPr="009272EA">
        <w:rPr>
          <w:rFonts w:ascii="Aptos" w:hAnsi="Aptos"/>
          <w:sz w:val="28"/>
          <w:szCs w:val="28"/>
        </w:rPr>
        <w:instrText>FORMCHECKBOX</w:instrText>
      </w:r>
      <w:r w:rsidR="00DF38CF" w:rsidRPr="009272EA">
        <w:rPr>
          <w:rFonts w:ascii="Aptos" w:hAnsi="Aptos"/>
          <w:sz w:val="28"/>
          <w:szCs w:val="28"/>
        </w:rPr>
        <w:fldChar w:fldCharType="separate"/>
      </w:r>
      <w:r w:rsidR="00DF38CF" w:rsidRPr="009272EA">
        <w:rPr>
          <w:rFonts w:ascii="Aptos" w:hAnsi="Aptos"/>
          <w:sz w:val="28"/>
          <w:szCs w:val="28"/>
        </w:rPr>
        <w:fldChar w:fldCharType="end"/>
      </w:r>
      <w:proofErr w:type="spellStart"/>
      <w:proofErr w:type="gramStart"/>
      <w:r w:rsidR="00DF38CF" w:rsidRPr="009272EA">
        <w:rPr>
          <w:rFonts w:ascii="Aptos" w:hAnsi="Aptos"/>
          <w:sz w:val="28"/>
          <w:szCs w:val="28"/>
        </w:rPr>
        <w:t>Findings</w:t>
      </w:r>
      <w:proofErr w:type="spellEnd"/>
      <w:r w:rsidR="00AC159E">
        <w:rPr>
          <w:rFonts w:ascii="Aptos" w:hAnsi="Aptos"/>
          <w:sz w:val="28"/>
          <w:szCs w:val="28"/>
        </w:rPr>
        <w:t xml:space="preserve"> </w:t>
      </w:r>
      <w:r w:rsidR="00DF38CF" w:rsidRPr="007F62FB">
        <w:rPr>
          <w:rFonts w:ascii="Aptos" w:hAnsi="Aptos"/>
          <w:i/>
          <w:iCs/>
          <w:sz w:val="28"/>
          <w:szCs w:val="28"/>
        </w:rPr>
        <w:t xml:space="preserve"> *</w:t>
      </w:r>
      <w:proofErr w:type="gramEnd"/>
      <w:r w:rsidR="00DF38CF" w:rsidRPr="007F62FB">
        <w:rPr>
          <w:rFonts w:ascii="Aptos" w:hAnsi="Aptos"/>
          <w:i/>
          <w:iCs/>
          <w:sz w:val="28"/>
          <w:szCs w:val="28"/>
        </w:rPr>
        <w:t>subcontractors only</w:t>
      </w:r>
    </w:p>
    <w:p w14:paraId="303166F1" w14:textId="41EC34CD" w:rsidR="00BD51A3" w:rsidRPr="00BD51A3" w:rsidRDefault="00B65CC7">
      <w:pPr>
        <w:rPr>
          <w:rFonts w:ascii="Aptos" w:hAnsi="Aptos"/>
          <w:sz w:val="28"/>
          <w:szCs w:val="28"/>
        </w:rPr>
      </w:pPr>
      <w:sdt>
        <w:sdtPr>
          <w:rPr>
            <w:rFonts w:ascii="Aptos" w:hAnsi="Aptos"/>
            <w:sz w:val="28"/>
            <w:szCs w:val="28"/>
          </w:rPr>
          <w:id w:val="2048721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1A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D51A3">
        <w:rPr>
          <w:rFonts w:ascii="Aptos" w:hAnsi="Aptos"/>
          <w:sz w:val="28"/>
          <w:szCs w:val="28"/>
        </w:rPr>
        <w:t xml:space="preserve"> *LARA (dated __________</w:t>
      </w:r>
      <w:r w:rsidR="008C79CF">
        <w:rPr>
          <w:rFonts w:ascii="Aptos" w:hAnsi="Aptos"/>
          <w:sz w:val="28"/>
          <w:szCs w:val="28"/>
        </w:rPr>
        <w:t>_</w:t>
      </w:r>
      <w:r w:rsidR="00BD51A3">
        <w:rPr>
          <w:rFonts w:ascii="Aptos" w:hAnsi="Aptos"/>
          <w:sz w:val="28"/>
          <w:szCs w:val="28"/>
        </w:rPr>
        <w:t xml:space="preserve">__): </w:t>
      </w:r>
      <w:sdt>
        <w:sdtPr>
          <w:rPr>
            <w:rFonts w:ascii="Aptos" w:hAnsi="Aptos"/>
            <w:sz w:val="28"/>
            <w:szCs w:val="28"/>
          </w:rPr>
          <w:id w:val="188097308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61B8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  <w:r w:rsidR="00BD51A3">
        <w:rPr>
          <w:rFonts w:ascii="Aptos" w:hAnsi="Aptos"/>
          <w:sz w:val="28"/>
          <w:szCs w:val="28"/>
        </w:rPr>
        <w:t xml:space="preserve"> </w:t>
      </w:r>
      <w:r w:rsidR="00BD51A3" w:rsidRPr="009272EA">
        <w:rPr>
          <w:rFonts w:ascii="Aptos" w:hAnsi="Aptos"/>
          <w:sz w:val="28"/>
          <w:szCs w:val="28"/>
        </w:rPr>
        <w:t xml:space="preserve">No Findings </w:t>
      </w:r>
      <w:r w:rsidR="00BD51A3">
        <w:rPr>
          <w:rFonts w:ascii="Aptos" w:hAnsi="Aptos"/>
          <w:sz w:val="28"/>
          <w:szCs w:val="28"/>
        </w:rPr>
        <w:t xml:space="preserve">  </w:t>
      </w:r>
      <w:sdt>
        <w:sdtPr>
          <w:rPr>
            <w:rFonts w:ascii="Aptos" w:hAnsi="Aptos"/>
            <w:sz w:val="28"/>
            <w:szCs w:val="28"/>
          </w:rPr>
          <w:id w:val="-1978520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1A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D51A3" w:rsidRPr="009272EA">
        <w:rPr>
          <w:rFonts w:ascii="Aptos" w:hAnsi="Aptos"/>
          <w:sz w:val="28"/>
          <w:szCs w:val="28"/>
        </w:rPr>
        <w:t xml:space="preserve">  </w:t>
      </w:r>
      <w:r w:rsidR="00BD51A3" w:rsidRPr="009272EA">
        <w:rPr>
          <w:rFonts w:ascii="Aptos" w:hAnsi="Aptos"/>
          <w:sz w:val="28"/>
          <w:szCs w:val="28"/>
        </w:rPr>
        <w:fldChar w:fldCharType="begin"/>
      </w:r>
      <w:r w:rsidR="00BD51A3" w:rsidRPr="009272EA">
        <w:rPr>
          <w:rFonts w:ascii="Aptos" w:hAnsi="Aptos"/>
          <w:sz w:val="28"/>
          <w:szCs w:val="28"/>
        </w:rPr>
        <w:instrText>FORMCHECKBOX</w:instrText>
      </w:r>
      <w:r w:rsidR="00BD51A3" w:rsidRPr="009272EA">
        <w:rPr>
          <w:rFonts w:ascii="Aptos" w:hAnsi="Aptos"/>
          <w:sz w:val="28"/>
          <w:szCs w:val="28"/>
        </w:rPr>
        <w:fldChar w:fldCharType="separate"/>
      </w:r>
      <w:r w:rsidR="00BD51A3" w:rsidRPr="009272EA">
        <w:rPr>
          <w:rFonts w:ascii="Aptos" w:hAnsi="Aptos"/>
          <w:sz w:val="28"/>
          <w:szCs w:val="28"/>
        </w:rPr>
        <w:fldChar w:fldCharType="end"/>
      </w:r>
      <w:proofErr w:type="spellStart"/>
      <w:r w:rsidR="00BD51A3" w:rsidRPr="009272EA">
        <w:rPr>
          <w:rFonts w:ascii="Aptos" w:hAnsi="Aptos"/>
          <w:sz w:val="28"/>
          <w:szCs w:val="28"/>
        </w:rPr>
        <w:t>Findings</w:t>
      </w:r>
      <w:proofErr w:type="spellEnd"/>
      <w:r w:rsidR="00BD51A3" w:rsidRPr="009272EA">
        <w:rPr>
          <w:rFonts w:ascii="Aptos" w:hAnsi="Aptos"/>
          <w:sz w:val="28"/>
          <w:szCs w:val="28"/>
        </w:rPr>
        <w:t xml:space="preserve"> </w:t>
      </w:r>
      <w:r w:rsidR="00BD51A3">
        <w:rPr>
          <w:rFonts w:ascii="Aptos" w:hAnsi="Aptos"/>
          <w:sz w:val="28"/>
          <w:szCs w:val="28"/>
        </w:rPr>
        <w:t xml:space="preserve"> </w:t>
      </w:r>
      <w:r w:rsidR="00BD51A3" w:rsidRPr="007F62FB">
        <w:rPr>
          <w:rFonts w:ascii="Aptos" w:hAnsi="Aptos"/>
          <w:i/>
          <w:iCs/>
          <w:sz w:val="28"/>
          <w:szCs w:val="28"/>
        </w:rPr>
        <w:t xml:space="preserve"> *</w:t>
      </w:r>
      <w:r w:rsidR="0069107C">
        <w:rPr>
          <w:rFonts w:ascii="Aptos" w:hAnsi="Aptos"/>
          <w:i/>
          <w:iCs/>
          <w:sz w:val="28"/>
          <w:szCs w:val="28"/>
        </w:rPr>
        <w:t xml:space="preserve">if </w:t>
      </w:r>
      <w:r w:rsidR="00AC159E">
        <w:rPr>
          <w:rFonts w:ascii="Aptos" w:hAnsi="Aptos"/>
          <w:i/>
          <w:iCs/>
          <w:sz w:val="28"/>
          <w:szCs w:val="28"/>
        </w:rPr>
        <w:t>professiona</w:t>
      </w:r>
      <w:r w:rsidR="0069107C">
        <w:rPr>
          <w:rFonts w:ascii="Aptos" w:hAnsi="Aptos"/>
          <w:i/>
          <w:iCs/>
          <w:sz w:val="28"/>
          <w:szCs w:val="28"/>
        </w:rPr>
        <w:t>l</w:t>
      </w:r>
      <w:r w:rsidR="00AC159E">
        <w:rPr>
          <w:rFonts w:ascii="Aptos" w:hAnsi="Aptos"/>
          <w:i/>
          <w:iCs/>
          <w:sz w:val="28"/>
          <w:szCs w:val="28"/>
        </w:rPr>
        <w:t>l</w:t>
      </w:r>
      <w:r w:rsidR="0069107C">
        <w:rPr>
          <w:rFonts w:ascii="Aptos" w:hAnsi="Aptos"/>
          <w:i/>
          <w:iCs/>
          <w:sz w:val="28"/>
          <w:szCs w:val="28"/>
        </w:rPr>
        <w:t>y</w:t>
      </w:r>
      <w:r w:rsidR="00AC159E">
        <w:rPr>
          <w:rFonts w:ascii="Aptos" w:hAnsi="Aptos"/>
          <w:i/>
          <w:iCs/>
          <w:sz w:val="28"/>
          <w:szCs w:val="28"/>
        </w:rPr>
        <w:t xml:space="preserve"> license</w:t>
      </w:r>
      <w:r w:rsidR="0069107C">
        <w:rPr>
          <w:rFonts w:ascii="Aptos" w:hAnsi="Aptos"/>
          <w:i/>
          <w:iCs/>
          <w:sz w:val="28"/>
          <w:szCs w:val="28"/>
        </w:rPr>
        <w:t>d</w:t>
      </w:r>
    </w:p>
    <w:p w14:paraId="0D6DC635" w14:textId="5313FF82" w:rsidR="0022262D" w:rsidRPr="00CC61E1" w:rsidRDefault="00B65CC7" w:rsidP="00561B87">
      <w:pPr>
        <w:spacing w:line="240" w:lineRule="auto"/>
        <w:rPr>
          <w:rFonts w:ascii="Aptos" w:hAnsi="Aptos"/>
          <w:sz w:val="20"/>
          <w:szCs w:val="20"/>
        </w:rPr>
      </w:pPr>
      <w:sdt>
        <w:sdtPr>
          <w:rPr>
            <w:rFonts w:ascii="Aptos" w:hAnsi="Aptos"/>
            <w:sz w:val="28"/>
            <w:szCs w:val="28"/>
          </w:rPr>
          <w:id w:val="926234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76B2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F276B2">
        <w:rPr>
          <w:rFonts w:ascii="Aptos" w:hAnsi="Aptos"/>
          <w:sz w:val="28"/>
          <w:szCs w:val="28"/>
        </w:rPr>
        <w:t xml:space="preserve"> All checks</w:t>
      </w:r>
      <w:r w:rsidR="0042301F">
        <w:rPr>
          <w:rFonts w:ascii="Aptos" w:hAnsi="Aptos"/>
          <w:sz w:val="28"/>
          <w:szCs w:val="28"/>
        </w:rPr>
        <w:t xml:space="preserve"> were completed on ________________ (date)</w:t>
      </w:r>
    </w:p>
    <w:p w14:paraId="64CBD3DD" w14:textId="77777777" w:rsidR="00561B87" w:rsidRPr="002651FC" w:rsidRDefault="00561B87" w:rsidP="00561B87">
      <w:pPr>
        <w:spacing w:after="0" w:line="240" w:lineRule="auto"/>
        <w:rPr>
          <w:rFonts w:ascii="Aptos" w:hAnsi="Aptos"/>
          <w:b/>
          <w:bCs/>
          <w:sz w:val="16"/>
          <w:szCs w:val="16"/>
        </w:rPr>
      </w:pPr>
    </w:p>
    <w:p w14:paraId="3776C3DC" w14:textId="4C7A8572" w:rsidR="007A4CD2" w:rsidRPr="0022262D" w:rsidRDefault="0022262D" w:rsidP="00561B87">
      <w:pPr>
        <w:spacing w:after="0" w:line="24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 xml:space="preserve">1. </w:t>
      </w:r>
      <w:r w:rsidRPr="004E0C5E">
        <w:rPr>
          <w:rFonts w:ascii="Aptos" w:hAnsi="Aptos"/>
          <w:b/>
          <w:bCs/>
          <w:sz w:val="28"/>
          <w:szCs w:val="28"/>
        </w:rPr>
        <w:t>Has the individual resided in</w:t>
      </w:r>
      <w:r w:rsidR="009E01EE">
        <w:rPr>
          <w:rFonts w:ascii="Aptos" w:hAnsi="Aptos"/>
          <w:b/>
          <w:bCs/>
          <w:sz w:val="28"/>
          <w:szCs w:val="28"/>
        </w:rPr>
        <w:t xml:space="preserve"> any</w:t>
      </w:r>
      <w:r w:rsidRPr="004E0C5E">
        <w:rPr>
          <w:rFonts w:ascii="Aptos" w:hAnsi="Aptos"/>
          <w:b/>
          <w:bCs/>
          <w:sz w:val="28"/>
          <w:szCs w:val="28"/>
        </w:rPr>
        <w:t xml:space="preserve"> other state(s)? </w:t>
      </w:r>
      <w:r w:rsidRPr="004E0C5E">
        <w:rPr>
          <w:rFonts w:ascii="Aptos" w:hAnsi="Aptos"/>
          <w:b/>
          <w:bCs/>
          <w:sz w:val="28"/>
          <w:szCs w:val="28"/>
        </w:rPr>
        <w:fldChar w:fldCharType="begin"/>
      </w:r>
      <w:r w:rsidRPr="004E0C5E">
        <w:rPr>
          <w:rFonts w:ascii="Aptos" w:hAnsi="Aptos"/>
          <w:b/>
          <w:bCs/>
          <w:sz w:val="28"/>
          <w:szCs w:val="28"/>
        </w:rPr>
        <w:instrText>FORMCHECKBOX</w:instrText>
      </w:r>
      <w:r w:rsidRPr="004E0C5E">
        <w:rPr>
          <w:rFonts w:ascii="Aptos" w:hAnsi="Aptos"/>
          <w:b/>
          <w:bCs/>
          <w:sz w:val="28"/>
          <w:szCs w:val="28"/>
        </w:rPr>
        <w:fldChar w:fldCharType="separate"/>
      </w:r>
      <w:r w:rsidRPr="004E0C5E">
        <w:rPr>
          <w:rFonts w:ascii="Aptos" w:hAnsi="Aptos"/>
          <w:b/>
          <w:bCs/>
          <w:sz w:val="28"/>
          <w:szCs w:val="28"/>
        </w:rPr>
        <w:fldChar w:fldCharType="end"/>
      </w:r>
      <w:sdt>
        <w:sdtPr>
          <w:rPr>
            <w:rFonts w:ascii="Aptos" w:hAnsi="Aptos"/>
            <w:b/>
            <w:bCs/>
            <w:sz w:val="28"/>
            <w:szCs w:val="28"/>
          </w:rPr>
          <w:id w:val="-749889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4E0C5E">
            <w:rPr>
              <w:rFonts w:ascii="Aptos" w:eastAsia="MS Gothic" w:hAnsi="Aptos"/>
              <w:b/>
              <w:bCs/>
              <w:sz w:val="28"/>
              <w:szCs w:val="28"/>
            </w:rPr>
            <w:t>☐</w:t>
          </w:r>
        </w:sdtContent>
      </w:sdt>
      <w:r w:rsidRPr="004E0C5E">
        <w:rPr>
          <w:rFonts w:ascii="Aptos" w:hAnsi="Aptos"/>
          <w:b/>
          <w:bCs/>
          <w:sz w:val="28"/>
          <w:szCs w:val="28"/>
        </w:rPr>
        <w:t xml:space="preserve"> Yes   </w:t>
      </w:r>
      <w:r w:rsidRPr="004E0C5E">
        <w:rPr>
          <w:rFonts w:ascii="Aptos" w:hAnsi="Aptos"/>
          <w:b/>
          <w:bCs/>
          <w:sz w:val="28"/>
          <w:szCs w:val="28"/>
        </w:rPr>
        <w:fldChar w:fldCharType="begin"/>
      </w:r>
      <w:r w:rsidRPr="004E0C5E">
        <w:rPr>
          <w:rFonts w:ascii="Aptos" w:hAnsi="Aptos"/>
          <w:b/>
          <w:bCs/>
          <w:sz w:val="28"/>
          <w:szCs w:val="28"/>
        </w:rPr>
        <w:instrText>FORMCHECKBOX</w:instrText>
      </w:r>
      <w:r w:rsidRPr="004E0C5E">
        <w:rPr>
          <w:rFonts w:ascii="Aptos" w:hAnsi="Aptos"/>
          <w:b/>
          <w:bCs/>
          <w:sz w:val="28"/>
          <w:szCs w:val="28"/>
        </w:rPr>
        <w:fldChar w:fldCharType="separate"/>
      </w:r>
      <w:r w:rsidRPr="004E0C5E">
        <w:rPr>
          <w:rFonts w:ascii="Aptos" w:hAnsi="Aptos"/>
          <w:b/>
          <w:bCs/>
          <w:sz w:val="28"/>
          <w:szCs w:val="28"/>
        </w:rPr>
        <w:fldChar w:fldCharType="end"/>
      </w:r>
      <w:r w:rsidRPr="004E0C5E">
        <w:rPr>
          <w:rFonts w:ascii="Aptos" w:hAnsi="Aptos"/>
          <w:b/>
          <w:bCs/>
          <w:sz w:val="28"/>
          <w:szCs w:val="28"/>
        </w:rPr>
        <w:t xml:space="preserve"> </w:t>
      </w:r>
      <w:sdt>
        <w:sdtPr>
          <w:rPr>
            <w:rFonts w:ascii="Aptos" w:hAnsi="Aptos"/>
            <w:b/>
            <w:bCs/>
            <w:sz w:val="28"/>
            <w:szCs w:val="28"/>
          </w:rPr>
          <w:id w:val="-1667007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2EA" w:rsidRPr="004E0C5E">
            <w:rPr>
              <w:rFonts w:ascii="Aptos" w:eastAsia="MS Gothic" w:hAnsi="Aptos"/>
              <w:b/>
              <w:bCs/>
              <w:sz w:val="28"/>
              <w:szCs w:val="28"/>
            </w:rPr>
            <w:t>☐</w:t>
          </w:r>
        </w:sdtContent>
      </w:sdt>
      <w:r w:rsidR="009272EA" w:rsidRPr="004E0C5E">
        <w:rPr>
          <w:rFonts w:ascii="Aptos" w:hAnsi="Aptos"/>
          <w:b/>
          <w:bCs/>
          <w:sz w:val="28"/>
          <w:szCs w:val="28"/>
        </w:rPr>
        <w:t xml:space="preserve"> </w:t>
      </w:r>
      <w:r w:rsidRPr="004E0C5E">
        <w:rPr>
          <w:rFonts w:ascii="Aptos" w:hAnsi="Aptos"/>
          <w:b/>
          <w:bCs/>
          <w:sz w:val="28"/>
          <w:szCs w:val="28"/>
        </w:rPr>
        <w:t>No</w:t>
      </w:r>
    </w:p>
    <w:p w14:paraId="2B09D7E6" w14:textId="77777777" w:rsidR="0064599F" w:rsidRPr="0064599F" w:rsidRDefault="0064599F" w:rsidP="00B54420">
      <w:pPr>
        <w:spacing w:after="0"/>
        <w:rPr>
          <w:rFonts w:ascii="Aptos" w:hAnsi="Aptos"/>
          <w:i/>
          <w:iCs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</w:t>
      </w:r>
      <w:r w:rsidRPr="0064599F">
        <w:rPr>
          <w:rFonts w:ascii="Aptos" w:hAnsi="Aptos"/>
          <w:i/>
          <w:iCs/>
          <w:sz w:val="28"/>
          <w:szCs w:val="28"/>
        </w:rPr>
        <w:t xml:space="preserve"> If yes, conduct criminal background check and state sex offender registry checks in    </w:t>
      </w:r>
    </w:p>
    <w:p w14:paraId="42E19925" w14:textId="7CBF3F61" w:rsidR="007F62FB" w:rsidRDefault="0064599F" w:rsidP="0064599F">
      <w:pPr>
        <w:spacing w:after="0"/>
        <w:rPr>
          <w:rFonts w:ascii="Aptos" w:hAnsi="Aptos"/>
          <w:sz w:val="28"/>
          <w:szCs w:val="28"/>
        </w:rPr>
      </w:pPr>
      <w:r w:rsidRPr="0064599F">
        <w:rPr>
          <w:rFonts w:ascii="Aptos" w:hAnsi="Aptos"/>
          <w:i/>
          <w:iCs/>
          <w:sz w:val="28"/>
          <w:szCs w:val="28"/>
        </w:rPr>
        <w:t xml:space="preserve">      those states.</w:t>
      </w:r>
      <w:r w:rsidR="009E01EE">
        <w:rPr>
          <w:rFonts w:ascii="Aptos" w:hAnsi="Aptos"/>
          <w:i/>
          <w:iCs/>
          <w:sz w:val="28"/>
          <w:szCs w:val="28"/>
        </w:rPr>
        <w:t xml:space="preserve"> </w:t>
      </w:r>
      <w:r w:rsidR="007F62FB">
        <w:rPr>
          <w:rFonts w:ascii="Aptos" w:hAnsi="Aptos"/>
          <w:sz w:val="28"/>
          <w:szCs w:val="28"/>
        </w:rPr>
        <w:t>States resided in: __________________________________________________</w:t>
      </w:r>
    </w:p>
    <w:p w14:paraId="183DD41B" w14:textId="77777777" w:rsidR="0022262D" w:rsidRPr="00CC61E1" w:rsidRDefault="0022262D" w:rsidP="0064599F">
      <w:pPr>
        <w:spacing w:after="0"/>
        <w:rPr>
          <w:rFonts w:ascii="Aptos" w:hAnsi="Aptos"/>
          <w:sz w:val="20"/>
          <w:szCs w:val="20"/>
        </w:rPr>
      </w:pPr>
    </w:p>
    <w:p w14:paraId="093FD201" w14:textId="77777777" w:rsidR="005C4948" w:rsidRDefault="0022262D" w:rsidP="00AF1B08">
      <w:pPr>
        <w:spacing w:after="0"/>
        <w:rPr>
          <w:rFonts w:ascii="Aptos" w:hAnsi="Aptos"/>
          <w:b/>
          <w:bCs/>
          <w:sz w:val="28"/>
          <w:szCs w:val="28"/>
        </w:rPr>
      </w:pPr>
      <w:r w:rsidRPr="00B54420">
        <w:rPr>
          <w:rFonts w:ascii="Aptos" w:hAnsi="Aptos"/>
          <w:b/>
          <w:bCs/>
          <w:sz w:val="28"/>
          <w:szCs w:val="28"/>
        </w:rPr>
        <w:t xml:space="preserve">2. Do they go by any other </w:t>
      </w:r>
      <w:r w:rsidR="00522C9A" w:rsidRPr="00B54420">
        <w:rPr>
          <w:rFonts w:ascii="Aptos" w:hAnsi="Aptos"/>
          <w:b/>
          <w:bCs/>
          <w:sz w:val="28"/>
          <w:szCs w:val="28"/>
        </w:rPr>
        <w:t>aliases,</w:t>
      </w:r>
      <w:r w:rsidRPr="00B54420">
        <w:rPr>
          <w:rFonts w:ascii="Aptos" w:hAnsi="Aptos"/>
          <w:b/>
          <w:bCs/>
          <w:sz w:val="28"/>
          <w:szCs w:val="28"/>
        </w:rPr>
        <w:t xml:space="preserve"> </w:t>
      </w:r>
      <w:r w:rsidR="00AF1B08">
        <w:rPr>
          <w:rFonts w:ascii="Aptos" w:hAnsi="Aptos"/>
          <w:b/>
          <w:bCs/>
          <w:sz w:val="28"/>
          <w:szCs w:val="28"/>
        </w:rPr>
        <w:t>or has their name changed</w:t>
      </w:r>
      <w:r w:rsidRPr="00B54420">
        <w:rPr>
          <w:rFonts w:ascii="Aptos" w:hAnsi="Aptos"/>
          <w:b/>
          <w:bCs/>
          <w:sz w:val="28"/>
          <w:szCs w:val="28"/>
        </w:rPr>
        <w:t xml:space="preserve">?    </w:t>
      </w:r>
      <w:sdt>
        <w:sdtPr>
          <w:rPr>
            <w:rFonts w:ascii="Aptos" w:hAnsi="Aptos"/>
            <w:b/>
            <w:bCs/>
            <w:sz w:val="28"/>
            <w:szCs w:val="28"/>
          </w:rPr>
          <w:id w:val="-359743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420">
            <w:rPr>
              <w:rFonts w:ascii="MS Gothic" w:eastAsia="MS Gothic" w:hAnsi="MS Gothic" w:hint="eastAsia"/>
              <w:b/>
              <w:bCs/>
              <w:sz w:val="28"/>
              <w:szCs w:val="28"/>
            </w:rPr>
            <w:t>☐</w:t>
          </w:r>
        </w:sdtContent>
      </w:sdt>
      <w:r w:rsidR="00B54420" w:rsidRPr="004E0C5E">
        <w:rPr>
          <w:rFonts w:ascii="Aptos" w:hAnsi="Aptos"/>
          <w:b/>
          <w:bCs/>
          <w:sz w:val="28"/>
          <w:szCs w:val="28"/>
        </w:rPr>
        <w:t xml:space="preserve">Yes   </w:t>
      </w:r>
      <w:r w:rsidR="00B54420" w:rsidRPr="004E0C5E">
        <w:rPr>
          <w:rFonts w:ascii="Aptos" w:hAnsi="Aptos"/>
          <w:b/>
          <w:bCs/>
          <w:sz w:val="28"/>
          <w:szCs w:val="28"/>
        </w:rPr>
        <w:fldChar w:fldCharType="begin"/>
      </w:r>
      <w:r w:rsidR="00B54420" w:rsidRPr="004E0C5E">
        <w:rPr>
          <w:rFonts w:ascii="Aptos" w:hAnsi="Aptos"/>
          <w:b/>
          <w:bCs/>
          <w:sz w:val="28"/>
          <w:szCs w:val="28"/>
        </w:rPr>
        <w:instrText>FORMCHECKBOX</w:instrText>
      </w:r>
      <w:r w:rsidR="00B54420" w:rsidRPr="004E0C5E">
        <w:rPr>
          <w:rFonts w:ascii="Aptos" w:hAnsi="Aptos"/>
          <w:b/>
          <w:bCs/>
          <w:sz w:val="28"/>
          <w:szCs w:val="28"/>
        </w:rPr>
        <w:fldChar w:fldCharType="separate"/>
      </w:r>
      <w:r w:rsidR="00B54420" w:rsidRPr="004E0C5E">
        <w:rPr>
          <w:rFonts w:ascii="Aptos" w:hAnsi="Aptos"/>
          <w:b/>
          <w:bCs/>
          <w:sz w:val="28"/>
          <w:szCs w:val="28"/>
        </w:rPr>
        <w:fldChar w:fldCharType="end"/>
      </w:r>
      <w:r w:rsidR="00B54420" w:rsidRPr="004E0C5E">
        <w:rPr>
          <w:rFonts w:ascii="Aptos" w:hAnsi="Aptos"/>
          <w:b/>
          <w:bCs/>
          <w:sz w:val="28"/>
          <w:szCs w:val="28"/>
        </w:rPr>
        <w:t xml:space="preserve"> </w:t>
      </w:r>
      <w:sdt>
        <w:sdtPr>
          <w:rPr>
            <w:rFonts w:ascii="Aptos" w:hAnsi="Aptos"/>
            <w:b/>
            <w:bCs/>
            <w:sz w:val="28"/>
            <w:szCs w:val="28"/>
          </w:rPr>
          <w:id w:val="-1325192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420" w:rsidRPr="004E0C5E">
            <w:rPr>
              <w:rFonts w:ascii="Aptos" w:eastAsia="MS Gothic" w:hAnsi="Aptos"/>
              <w:b/>
              <w:bCs/>
              <w:sz w:val="28"/>
              <w:szCs w:val="28"/>
            </w:rPr>
            <w:t>☐</w:t>
          </w:r>
        </w:sdtContent>
      </w:sdt>
      <w:r w:rsidR="00B54420" w:rsidRPr="004E0C5E">
        <w:rPr>
          <w:rFonts w:ascii="Aptos" w:hAnsi="Aptos"/>
          <w:b/>
          <w:bCs/>
          <w:sz w:val="28"/>
          <w:szCs w:val="28"/>
        </w:rPr>
        <w:t xml:space="preserve"> No</w:t>
      </w:r>
      <w:r w:rsidR="00B54420">
        <w:rPr>
          <w:rFonts w:ascii="Aptos" w:hAnsi="Aptos"/>
          <w:b/>
          <w:bCs/>
          <w:sz w:val="28"/>
          <w:szCs w:val="28"/>
        </w:rPr>
        <w:t xml:space="preserve">      </w:t>
      </w:r>
    </w:p>
    <w:p w14:paraId="6B20E964" w14:textId="5F26B101" w:rsidR="00522C9A" w:rsidRDefault="005C4948" w:rsidP="00AF1B08">
      <w:pPr>
        <w:spacing w:after="0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 xml:space="preserve">     </w:t>
      </w:r>
      <w:r w:rsidR="00B54420" w:rsidRPr="0064599F">
        <w:rPr>
          <w:rFonts w:ascii="Aptos" w:hAnsi="Aptos"/>
          <w:i/>
          <w:iCs/>
          <w:sz w:val="28"/>
          <w:szCs w:val="28"/>
        </w:rPr>
        <w:t>If yes,</w:t>
      </w:r>
      <w:r w:rsidR="00B54420">
        <w:rPr>
          <w:rFonts w:ascii="Aptos" w:hAnsi="Aptos"/>
          <w:i/>
          <w:iCs/>
          <w:sz w:val="28"/>
          <w:szCs w:val="28"/>
        </w:rPr>
        <w:t xml:space="preserve"> include those aliases or previous names in your search</w:t>
      </w:r>
      <w:r w:rsidR="00B54420">
        <w:rPr>
          <w:rFonts w:ascii="Aptos" w:hAnsi="Aptos"/>
          <w:sz w:val="28"/>
          <w:szCs w:val="28"/>
        </w:rPr>
        <w:t xml:space="preserve"> </w:t>
      </w:r>
    </w:p>
    <w:p w14:paraId="2801CF08" w14:textId="0712F149" w:rsidR="005257C8" w:rsidRDefault="00522C9A" w:rsidP="005257C8">
      <w:pPr>
        <w:spacing w:after="0"/>
        <w:ind w:left="285"/>
        <w:rPr>
          <w:rFonts w:ascii="Aptos" w:hAnsi="Aptos"/>
          <w:i/>
          <w:iCs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Previous Aliases or Names: </w:t>
      </w:r>
      <w:r w:rsidR="0022262D">
        <w:rPr>
          <w:rFonts w:ascii="Aptos" w:hAnsi="Aptos"/>
          <w:sz w:val="28"/>
          <w:szCs w:val="28"/>
        </w:rPr>
        <w:t>________________________________________________</w:t>
      </w:r>
      <w:r w:rsidR="00561B87">
        <w:rPr>
          <w:rFonts w:ascii="Aptos" w:hAnsi="Aptos"/>
          <w:sz w:val="28"/>
          <w:szCs w:val="28"/>
        </w:rPr>
        <w:t>___</w:t>
      </w:r>
      <w:r w:rsidR="0022262D">
        <w:rPr>
          <w:rFonts w:ascii="Aptos" w:hAnsi="Aptos"/>
          <w:sz w:val="28"/>
          <w:szCs w:val="28"/>
        </w:rPr>
        <w:t>___</w:t>
      </w:r>
    </w:p>
    <w:p w14:paraId="7A827F68" w14:textId="77777777" w:rsidR="005257C8" w:rsidRPr="005257C8" w:rsidRDefault="005257C8" w:rsidP="005257C8">
      <w:pPr>
        <w:spacing w:after="0"/>
        <w:ind w:left="285"/>
        <w:rPr>
          <w:rFonts w:ascii="Aptos" w:hAnsi="Aptos"/>
          <w:i/>
          <w:iCs/>
          <w:sz w:val="20"/>
          <w:szCs w:val="20"/>
        </w:rPr>
      </w:pPr>
    </w:p>
    <w:p w14:paraId="5BE7C359" w14:textId="412AF4E5" w:rsidR="004E0C5E" w:rsidRPr="0091611A" w:rsidRDefault="004E0C5E" w:rsidP="004E0C5E">
      <w:pPr>
        <w:rPr>
          <w:rFonts w:ascii="Aptos" w:hAnsi="Aptos"/>
          <w:b/>
          <w:bCs/>
          <w:sz w:val="28"/>
          <w:szCs w:val="28"/>
        </w:rPr>
      </w:pPr>
      <w:r w:rsidRPr="0091611A">
        <w:rPr>
          <w:rFonts w:ascii="Aptos" w:hAnsi="Aptos"/>
          <w:b/>
          <w:bCs/>
          <w:sz w:val="28"/>
          <w:szCs w:val="28"/>
        </w:rPr>
        <w:t xml:space="preserve">Eligibility Status: </w:t>
      </w:r>
    </w:p>
    <w:p w14:paraId="653E1D0C" w14:textId="226604E6" w:rsidR="004E0C5E" w:rsidRDefault="005257C8" w:rsidP="002651FC">
      <w:pPr>
        <w:spacing w:after="0" w:line="24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</w:t>
      </w:r>
      <w:r w:rsidR="004E0C5E">
        <w:rPr>
          <w:rFonts w:ascii="Aptos" w:hAnsi="Aptos"/>
          <w:sz w:val="28"/>
          <w:szCs w:val="28"/>
        </w:rPr>
        <w:t xml:space="preserve"> </w:t>
      </w:r>
      <w:sdt>
        <w:sdtPr>
          <w:rPr>
            <w:rFonts w:ascii="Aptos" w:hAnsi="Aptos"/>
            <w:sz w:val="28"/>
            <w:szCs w:val="28"/>
          </w:rPr>
          <w:id w:val="-1595622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0C5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E0C5E">
        <w:rPr>
          <w:rFonts w:ascii="Aptos" w:hAnsi="Aptos"/>
          <w:sz w:val="28"/>
          <w:szCs w:val="28"/>
        </w:rPr>
        <w:t xml:space="preserve">  Eligible for Hire</w:t>
      </w:r>
      <w:r w:rsidR="004E0C5E">
        <w:rPr>
          <w:rFonts w:ascii="Aptos" w:hAnsi="Aptos"/>
          <w:sz w:val="28"/>
          <w:szCs w:val="28"/>
        </w:rPr>
        <w:tab/>
      </w:r>
      <w:r w:rsidR="004E0C5E">
        <w:rPr>
          <w:rFonts w:ascii="Aptos" w:hAnsi="Aptos"/>
          <w:sz w:val="28"/>
          <w:szCs w:val="28"/>
        </w:rPr>
        <w:tab/>
      </w:r>
      <w:r>
        <w:rPr>
          <w:rFonts w:ascii="Aptos" w:hAnsi="Aptos"/>
          <w:sz w:val="28"/>
          <w:szCs w:val="28"/>
        </w:rPr>
        <w:t xml:space="preserve">            </w:t>
      </w:r>
      <w:r w:rsidR="00F82304">
        <w:rPr>
          <w:rFonts w:ascii="Aptos" w:hAnsi="Aptos"/>
          <w:sz w:val="28"/>
          <w:szCs w:val="28"/>
        </w:rPr>
        <w:t xml:space="preserve"> </w:t>
      </w:r>
      <w:r w:rsidR="004E0C5E">
        <w:rPr>
          <w:rFonts w:ascii="Aptos" w:hAnsi="Aptos"/>
          <w:sz w:val="28"/>
          <w:szCs w:val="28"/>
        </w:rPr>
        <w:tab/>
      </w:r>
      <w:sdt>
        <w:sdtPr>
          <w:rPr>
            <w:rFonts w:ascii="Aptos" w:hAnsi="Aptos"/>
            <w:sz w:val="28"/>
            <w:szCs w:val="28"/>
          </w:rPr>
          <w:id w:val="1917123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0C5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4E0C5E">
        <w:rPr>
          <w:rFonts w:ascii="Aptos" w:hAnsi="Aptos"/>
          <w:sz w:val="28"/>
          <w:szCs w:val="28"/>
        </w:rPr>
        <w:t xml:space="preserve">  Not Eligible for Hire</w:t>
      </w:r>
      <w:r w:rsidR="004E0C5E">
        <w:rPr>
          <w:rFonts w:ascii="Aptos" w:hAnsi="Aptos"/>
          <w:sz w:val="28"/>
          <w:szCs w:val="28"/>
        </w:rPr>
        <w:tab/>
      </w:r>
    </w:p>
    <w:p w14:paraId="65D94733" w14:textId="73B0FD54" w:rsidR="00CC61E1" w:rsidRDefault="004E0C5E" w:rsidP="002651FC">
      <w:pPr>
        <w:spacing w:after="0" w:line="24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      </w:t>
      </w:r>
      <w:r>
        <w:rPr>
          <w:rFonts w:ascii="Aptos" w:hAnsi="Aptos"/>
          <w:sz w:val="28"/>
          <w:szCs w:val="28"/>
        </w:rPr>
        <w:tab/>
        <w:t>Hire Date __________________</w:t>
      </w:r>
    </w:p>
    <w:p w14:paraId="029191F1" w14:textId="77777777" w:rsidR="00561B87" w:rsidRPr="00561B87" w:rsidRDefault="00561B87" w:rsidP="00561B87">
      <w:pPr>
        <w:spacing w:after="0" w:line="240" w:lineRule="auto"/>
        <w:rPr>
          <w:rFonts w:ascii="Aptos" w:hAnsi="Aptos"/>
          <w:sz w:val="28"/>
          <w:szCs w:val="28"/>
        </w:rPr>
      </w:pPr>
    </w:p>
    <w:p w14:paraId="5FB0B887" w14:textId="28C6989B" w:rsidR="002E049F" w:rsidRPr="002E049F" w:rsidRDefault="002E049F" w:rsidP="0064599F">
      <w:pPr>
        <w:spacing w:after="0"/>
        <w:rPr>
          <w:rFonts w:ascii="Aptos" w:hAnsi="Aptos"/>
          <w:b/>
          <w:bCs/>
          <w:sz w:val="28"/>
          <w:szCs w:val="28"/>
        </w:rPr>
      </w:pPr>
      <w:r w:rsidRPr="002E049F">
        <w:rPr>
          <w:rFonts w:ascii="Aptos" w:hAnsi="Aptos"/>
          <w:b/>
          <w:bCs/>
          <w:sz w:val="28"/>
          <w:szCs w:val="28"/>
        </w:rPr>
        <w:t>Retain copies of all required criminal background checks and screens</w:t>
      </w:r>
      <w:r w:rsidR="007F62FB">
        <w:rPr>
          <w:rFonts w:ascii="Aptos" w:hAnsi="Aptos"/>
          <w:b/>
          <w:bCs/>
          <w:sz w:val="28"/>
          <w:szCs w:val="28"/>
        </w:rPr>
        <w:t xml:space="preserve"> completed</w:t>
      </w:r>
      <w:r w:rsidRPr="002E049F">
        <w:rPr>
          <w:rFonts w:ascii="Aptos" w:hAnsi="Aptos"/>
          <w:b/>
          <w:bCs/>
          <w:sz w:val="28"/>
          <w:szCs w:val="28"/>
        </w:rPr>
        <w:t>.</w:t>
      </w:r>
    </w:p>
    <w:sectPr w:rsidR="002E049F" w:rsidRPr="002E049F" w:rsidSect="002651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32" w:right="576" w:bottom="432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4A9E1" w14:textId="77777777" w:rsidR="003E1830" w:rsidRDefault="003E1830" w:rsidP="00CC61E1">
      <w:pPr>
        <w:spacing w:after="0" w:line="240" w:lineRule="auto"/>
      </w:pPr>
      <w:r>
        <w:separator/>
      </w:r>
    </w:p>
  </w:endnote>
  <w:endnote w:type="continuationSeparator" w:id="0">
    <w:p w14:paraId="4CD1B475" w14:textId="77777777" w:rsidR="003E1830" w:rsidRDefault="003E1830" w:rsidP="00CC6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82C3" w14:textId="77777777" w:rsidR="002651FC" w:rsidRDefault="002651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446E3" w14:textId="77777777" w:rsidR="002651FC" w:rsidRDefault="002651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C2227" w14:textId="77777777" w:rsidR="002651FC" w:rsidRDefault="002651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1727E" w14:textId="77777777" w:rsidR="003E1830" w:rsidRDefault="003E1830" w:rsidP="00CC61E1">
      <w:pPr>
        <w:spacing w:after="0" w:line="240" w:lineRule="auto"/>
      </w:pPr>
      <w:r>
        <w:separator/>
      </w:r>
    </w:p>
  </w:footnote>
  <w:footnote w:type="continuationSeparator" w:id="0">
    <w:p w14:paraId="4972EBD9" w14:textId="77777777" w:rsidR="003E1830" w:rsidRDefault="003E1830" w:rsidP="00CC6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A34B7" w14:textId="77777777" w:rsidR="002651FC" w:rsidRDefault="002651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8D61A" w14:textId="5FE22E5F" w:rsidR="00CC61E1" w:rsidRPr="00CC61E1" w:rsidRDefault="00B65CC7" w:rsidP="00CC61E1">
    <w:pPr>
      <w:pStyle w:val="Heading1"/>
      <w:rPr>
        <w:rFonts w:ascii="Aptos" w:hAnsi="Aptos"/>
        <w:sz w:val="32"/>
        <w:szCs w:val="32"/>
      </w:rPr>
    </w:pPr>
    <w:sdt>
      <w:sdtPr>
        <w:rPr>
          <w:rFonts w:ascii="Aptos" w:hAnsi="Aptos"/>
          <w:sz w:val="32"/>
          <w:szCs w:val="32"/>
        </w:rPr>
        <w:id w:val="104015084"/>
        <w:docPartObj>
          <w:docPartGallery w:val="Watermarks"/>
          <w:docPartUnique/>
        </w:docPartObj>
      </w:sdtPr>
      <w:sdtEndPr/>
      <w:sdtContent>
        <w:r>
          <w:rPr>
            <w:rFonts w:ascii="Aptos" w:hAnsi="Aptos"/>
            <w:noProof/>
            <w:sz w:val="32"/>
            <w:szCs w:val="32"/>
          </w:rPr>
          <w:pict w14:anchorId="47D7572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1025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sdtContent>
    </w:sdt>
    <w:r w:rsidR="00CC61E1" w:rsidRPr="009272EA">
      <w:rPr>
        <w:rFonts w:ascii="Aptos" w:hAnsi="Aptos"/>
        <w:sz w:val="32"/>
        <w:szCs w:val="32"/>
      </w:rPr>
      <w:t>Criminal Background Check Tracking Form</w:t>
    </w:r>
    <w:r w:rsidR="00CC61E1">
      <w:rPr>
        <w:rFonts w:ascii="Aptos" w:hAnsi="Aptos"/>
        <w:sz w:val="32"/>
        <w:szCs w:val="32"/>
      </w:rPr>
      <w:t xml:space="preserve"> for New Hires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3A3C1" w14:textId="77777777" w:rsidR="002651FC" w:rsidRDefault="002651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2A0D2F"/>
    <w:multiLevelType w:val="hybridMultilevel"/>
    <w:tmpl w:val="3F0869A0"/>
    <w:lvl w:ilvl="0" w:tplc="522A8770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636569">
    <w:abstractNumId w:val="8"/>
  </w:num>
  <w:num w:numId="2" w16cid:durableId="410545156">
    <w:abstractNumId w:val="6"/>
  </w:num>
  <w:num w:numId="3" w16cid:durableId="1806972387">
    <w:abstractNumId w:val="5"/>
  </w:num>
  <w:num w:numId="4" w16cid:durableId="1442531598">
    <w:abstractNumId w:val="4"/>
  </w:num>
  <w:num w:numId="5" w16cid:durableId="1474910661">
    <w:abstractNumId w:val="7"/>
  </w:num>
  <w:num w:numId="6" w16cid:durableId="403795175">
    <w:abstractNumId w:val="3"/>
  </w:num>
  <w:num w:numId="7" w16cid:durableId="802772494">
    <w:abstractNumId w:val="2"/>
  </w:num>
  <w:num w:numId="8" w16cid:durableId="511920892">
    <w:abstractNumId w:val="1"/>
  </w:num>
  <w:num w:numId="9" w16cid:durableId="855193942">
    <w:abstractNumId w:val="0"/>
  </w:num>
  <w:num w:numId="10" w16cid:durableId="15691471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DDE"/>
    <w:rsid w:val="0006063C"/>
    <w:rsid w:val="0015074B"/>
    <w:rsid w:val="002117D4"/>
    <w:rsid w:val="0022262D"/>
    <w:rsid w:val="002651FC"/>
    <w:rsid w:val="0029639D"/>
    <w:rsid w:val="002E049F"/>
    <w:rsid w:val="002F336C"/>
    <w:rsid w:val="003055FA"/>
    <w:rsid w:val="00326F90"/>
    <w:rsid w:val="00346537"/>
    <w:rsid w:val="003E1830"/>
    <w:rsid w:val="003F3A83"/>
    <w:rsid w:val="0042301F"/>
    <w:rsid w:val="00481A66"/>
    <w:rsid w:val="004C6F77"/>
    <w:rsid w:val="004E0C5E"/>
    <w:rsid w:val="00522C9A"/>
    <w:rsid w:val="005257C8"/>
    <w:rsid w:val="00561B87"/>
    <w:rsid w:val="0059293E"/>
    <w:rsid w:val="005C4948"/>
    <w:rsid w:val="005E4D4B"/>
    <w:rsid w:val="006332B0"/>
    <w:rsid w:val="0064599F"/>
    <w:rsid w:val="006538A9"/>
    <w:rsid w:val="0069107C"/>
    <w:rsid w:val="006B42CC"/>
    <w:rsid w:val="007A0D60"/>
    <w:rsid w:val="007A4CD2"/>
    <w:rsid w:val="007D1E55"/>
    <w:rsid w:val="007F62FB"/>
    <w:rsid w:val="00857C80"/>
    <w:rsid w:val="008C79CF"/>
    <w:rsid w:val="0091611A"/>
    <w:rsid w:val="009272EA"/>
    <w:rsid w:val="009A33F8"/>
    <w:rsid w:val="009E01EE"/>
    <w:rsid w:val="009E44FA"/>
    <w:rsid w:val="00AA1D8D"/>
    <w:rsid w:val="00AC159E"/>
    <w:rsid w:val="00AF1B08"/>
    <w:rsid w:val="00B21266"/>
    <w:rsid w:val="00B25D5A"/>
    <w:rsid w:val="00B47730"/>
    <w:rsid w:val="00B54420"/>
    <w:rsid w:val="00B65CC7"/>
    <w:rsid w:val="00B9570E"/>
    <w:rsid w:val="00BD51A3"/>
    <w:rsid w:val="00C12540"/>
    <w:rsid w:val="00CB0664"/>
    <w:rsid w:val="00CC61E1"/>
    <w:rsid w:val="00DF38CF"/>
    <w:rsid w:val="00E8718E"/>
    <w:rsid w:val="00E953E0"/>
    <w:rsid w:val="00F276B2"/>
    <w:rsid w:val="00F8230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BC4D7B6"/>
  <w14:defaultImageDpi w14:val="300"/>
  <w15:docId w15:val="{33632DD8-D717-49D9-AE69-35323B6D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Connie Mcquarrie</cp:lastModifiedBy>
  <cp:revision>2</cp:revision>
  <dcterms:created xsi:type="dcterms:W3CDTF">2025-09-30T12:39:00Z</dcterms:created>
  <dcterms:modified xsi:type="dcterms:W3CDTF">2025-09-30T12:39:00Z</dcterms:modified>
  <cp:category/>
</cp:coreProperties>
</file>